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B2E20" w14:textId="77777777" w:rsidR="00EC2816" w:rsidRPr="00CB25CE" w:rsidRDefault="00C90293" w:rsidP="008E32F7">
      <w:pPr>
        <w:pStyle w:val="Titolo1"/>
        <w:spacing w:before="0"/>
        <w:jc w:val="both"/>
        <w:rPr>
          <w:lang w:val="it-IT"/>
        </w:rPr>
      </w:pPr>
      <w:r w:rsidRPr="00CB25CE">
        <w:rPr>
          <w:lang w:val="it-IT"/>
        </w:rPr>
        <w:t>SCHEDA DI CANDIDATURA PER L’ATTRIBUZIONE DELL’INCARICO DI POSIZIONE ORGANIZZATIVA</w:t>
      </w:r>
    </w:p>
    <w:p w14:paraId="27A53B2C" w14:textId="77777777" w:rsidR="00EC2816" w:rsidRPr="00CB25CE" w:rsidRDefault="00C90293">
      <w:pPr>
        <w:pStyle w:val="Titolo2"/>
        <w:rPr>
          <w:lang w:val="it-IT"/>
        </w:rPr>
      </w:pPr>
      <w:r w:rsidRPr="00CB25CE">
        <w:rPr>
          <w:lang w:val="it-IT"/>
        </w:rPr>
        <w:t>A. DATI ANAGRAFICI E PROFESSIONALI</w:t>
      </w:r>
    </w:p>
    <w:p w14:paraId="08DBCDA5" w14:textId="77777777" w:rsidR="00EC2816" w:rsidRPr="00CB25CE" w:rsidRDefault="00C90293">
      <w:pPr>
        <w:rPr>
          <w:lang w:val="it-IT"/>
        </w:rPr>
      </w:pPr>
      <w:r w:rsidRPr="00CB25CE">
        <w:rPr>
          <w:lang w:val="it-IT"/>
        </w:rPr>
        <w:t>Cognome e Nome: ____________________________</w:t>
      </w:r>
    </w:p>
    <w:p w14:paraId="3576F588" w14:textId="32CCC8FF" w:rsidR="00EC2816" w:rsidRPr="00CB25CE" w:rsidRDefault="00C90293">
      <w:pPr>
        <w:rPr>
          <w:lang w:val="it-IT"/>
        </w:rPr>
      </w:pPr>
      <w:r w:rsidRPr="00CB25CE">
        <w:rPr>
          <w:lang w:val="it-IT"/>
        </w:rPr>
        <w:t xml:space="preserve">Qualifica </w:t>
      </w:r>
      <w:r w:rsidR="009434C1" w:rsidRPr="00CB25CE">
        <w:rPr>
          <w:lang w:val="it-IT"/>
        </w:rPr>
        <w:t>– Posizione di lavoro</w:t>
      </w:r>
      <w:r w:rsidRPr="00CB25CE">
        <w:rPr>
          <w:lang w:val="it-IT"/>
        </w:rPr>
        <w:t xml:space="preserve"> ____________________________</w:t>
      </w:r>
    </w:p>
    <w:p w14:paraId="74738E2F" w14:textId="77777777" w:rsidR="00EC2816" w:rsidRPr="00CB25CE" w:rsidRDefault="00C90293">
      <w:pPr>
        <w:rPr>
          <w:lang w:val="it-IT"/>
        </w:rPr>
      </w:pPr>
      <w:r w:rsidRPr="00CB25CE">
        <w:rPr>
          <w:lang w:val="it-IT"/>
        </w:rPr>
        <w:t>Contatti (e-mail istituzionale): ____________________________</w:t>
      </w:r>
    </w:p>
    <w:p w14:paraId="10229597" w14:textId="77777777" w:rsidR="00EC2816" w:rsidRPr="00CB25CE" w:rsidRDefault="00C90293">
      <w:pPr>
        <w:rPr>
          <w:lang w:val="it-IT"/>
        </w:rPr>
      </w:pPr>
      <w:r w:rsidRPr="00CB25CE">
        <w:rPr>
          <w:lang w:val="it-IT"/>
        </w:rPr>
        <w:t>Posizione Organizzativa per cui si presenta candidatura: ____________________________</w:t>
      </w:r>
    </w:p>
    <w:p w14:paraId="19D186B8" w14:textId="7A26DED9" w:rsidR="00EC2816" w:rsidRPr="00CB25CE" w:rsidRDefault="00C90293">
      <w:pPr>
        <w:pStyle w:val="Titolo2"/>
        <w:rPr>
          <w:lang w:val="it-IT"/>
        </w:rPr>
      </w:pPr>
      <w:r w:rsidRPr="00CB25CE">
        <w:rPr>
          <w:lang w:val="it-IT"/>
        </w:rPr>
        <w:t>B. PERCORSO PROFESSIONALE</w:t>
      </w:r>
      <w:r w:rsidR="00104258" w:rsidRPr="00CB25CE">
        <w:rPr>
          <w:lang w:val="it-IT"/>
        </w:rPr>
        <w:t xml:space="preserve"> (max 6 </w:t>
      </w:r>
      <w:proofErr w:type="spellStart"/>
      <w:r w:rsidR="00104258" w:rsidRPr="00CB25CE">
        <w:rPr>
          <w:lang w:val="it-IT"/>
        </w:rPr>
        <w:t>pti</w:t>
      </w:r>
      <w:proofErr w:type="spellEnd"/>
      <w:r w:rsidR="00104258" w:rsidRPr="00CB25CE">
        <w:rPr>
          <w:lang w:val="it-IT"/>
        </w:rPr>
        <w:t>)</w:t>
      </w:r>
    </w:p>
    <w:p w14:paraId="1629F18D" w14:textId="7801589F" w:rsidR="00EC2816" w:rsidRPr="00CB25CE" w:rsidRDefault="00C90293">
      <w:pPr>
        <w:pStyle w:val="Titolo3"/>
        <w:rPr>
          <w:lang w:val="it-IT"/>
        </w:rPr>
      </w:pPr>
      <w:r w:rsidRPr="00CB25CE">
        <w:rPr>
          <w:lang w:val="it-IT"/>
        </w:rPr>
        <w:t xml:space="preserve">1. Incarichi di PO nella stessa PO (0,5 </w:t>
      </w:r>
      <w:proofErr w:type="spellStart"/>
      <w:r w:rsidRPr="00CB25CE">
        <w:rPr>
          <w:lang w:val="it-IT"/>
        </w:rPr>
        <w:t>pt</w:t>
      </w:r>
      <w:r w:rsidR="00CB25CE" w:rsidRPr="00CB25CE">
        <w:rPr>
          <w:lang w:val="it-IT"/>
        </w:rPr>
        <w:t>i</w:t>
      </w:r>
      <w:proofErr w:type="spellEnd"/>
      <w:r w:rsidRPr="00CB25CE">
        <w:rPr>
          <w:lang w:val="it-IT"/>
        </w:rPr>
        <w:t>/anno)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2159"/>
        <w:gridCol w:w="2157"/>
        <w:gridCol w:w="2157"/>
      </w:tblGrid>
      <w:tr w:rsidR="00EC2816" w:rsidRPr="00CB25CE" w14:paraId="1C93B162" w14:textId="77777777" w:rsidTr="009434C1">
        <w:tc>
          <w:tcPr>
            <w:tcW w:w="2160" w:type="dxa"/>
          </w:tcPr>
          <w:p w14:paraId="6224643F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Periodo</w:t>
            </w:r>
          </w:p>
        </w:tc>
        <w:tc>
          <w:tcPr>
            <w:tcW w:w="2160" w:type="dxa"/>
          </w:tcPr>
          <w:p w14:paraId="29269D4E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Ufficio/Istituto</w:t>
            </w:r>
          </w:p>
        </w:tc>
        <w:tc>
          <w:tcPr>
            <w:tcW w:w="2160" w:type="dxa"/>
          </w:tcPr>
          <w:p w14:paraId="496D79B3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Oggetto incarico</w:t>
            </w:r>
          </w:p>
        </w:tc>
        <w:tc>
          <w:tcPr>
            <w:tcW w:w="2160" w:type="dxa"/>
          </w:tcPr>
          <w:p w14:paraId="07E2A2FE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Anni utili</w:t>
            </w:r>
          </w:p>
        </w:tc>
      </w:tr>
      <w:tr w:rsidR="00EC2816" w:rsidRPr="00CB25CE" w14:paraId="4B06793E" w14:textId="77777777" w:rsidTr="009434C1">
        <w:tc>
          <w:tcPr>
            <w:tcW w:w="2160" w:type="dxa"/>
          </w:tcPr>
          <w:p w14:paraId="6908BE89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0F8287FB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1DA7657A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9ECC320" w14:textId="77777777" w:rsidR="00EC2816" w:rsidRPr="00CB25CE" w:rsidRDefault="00EC2816">
            <w:pPr>
              <w:rPr>
                <w:lang w:val="it-IT"/>
              </w:rPr>
            </w:pPr>
          </w:p>
        </w:tc>
      </w:tr>
      <w:tr w:rsidR="00EC2816" w:rsidRPr="00CB25CE" w14:paraId="3C795632" w14:textId="77777777" w:rsidTr="009434C1">
        <w:tc>
          <w:tcPr>
            <w:tcW w:w="2160" w:type="dxa"/>
          </w:tcPr>
          <w:p w14:paraId="52661876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1C55803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7ACE2934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520F9FFC" w14:textId="77777777" w:rsidR="00EC2816" w:rsidRPr="00CB25CE" w:rsidRDefault="00EC2816">
            <w:pPr>
              <w:rPr>
                <w:lang w:val="it-IT"/>
              </w:rPr>
            </w:pPr>
          </w:p>
        </w:tc>
      </w:tr>
      <w:tr w:rsidR="00EC2816" w:rsidRPr="00CB25CE" w14:paraId="2C795962" w14:textId="77777777" w:rsidTr="009434C1">
        <w:tc>
          <w:tcPr>
            <w:tcW w:w="2160" w:type="dxa"/>
          </w:tcPr>
          <w:p w14:paraId="15EC993A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0BF107A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2CE7D9F6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55A16A56" w14:textId="77777777" w:rsidR="00EC2816" w:rsidRPr="00CB25CE" w:rsidRDefault="00EC2816">
            <w:pPr>
              <w:rPr>
                <w:lang w:val="it-IT"/>
              </w:rPr>
            </w:pPr>
          </w:p>
        </w:tc>
      </w:tr>
    </w:tbl>
    <w:p w14:paraId="4666CCE8" w14:textId="66B1BCAD" w:rsidR="00EC2816" w:rsidRPr="00CB25CE" w:rsidRDefault="00C90293">
      <w:pPr>
        <w:pStyle w:val="Titolo3"/>
        <w:rPr>
          <w:lang w:val="it-IT"/>
        </w:rPr>
      </w:pPr>
      <w:r w:rsidRPr="00CB25CE">
        <w:rPr>
          <w:lang w:val="it-IT"/>
        </w:rPr>
        <w:t xml:space="preserve">2. Incarichi di PO affini (0,35 </w:t>
      </w:r>
      <w:proofErr w:type="spellStart"/>
      <w:r w:rsidRPr="00CB25CE">
        <w:rPr>
          <w:lang w:val="it-IT"/>
        </w:rPr>
        <w:t>pt</w:t>
      </w:r>
      <w:r w:rsidR="00CB25CE" w:rsidRPr="00CB25CE">
        <w:rPr>
          <w:lang w:val="it-IT"/>
        </w:rPr>
        <w:t>i</w:t>
      </w:r>
      <w:proofErr w:type="spellEnd"/>
      <w:r w:rsidRPr="00CB25CE">
        <w:rPr>
          <w:lang w:val="it-IT"/>
        </w:rPr>
        <w:t>/anno)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2159"/>
        <w:gridCol w:w="2157"/>
        <w:gridCol w:w="2157"/>
      </w:tblGrid>
      <w:tr w:rsidR="00EC2816" w:rsidRPr="00CB25CE" w14:paraId="38910146" w14:textId="77777777" w:rsidTr="009434C1">
        <w:tc>
          <w:tcPr>
            <w:tcW w:w="2160" w:type="dxa"/>
          </w:tcPr>
          <w:p w14:paraId="70CFC4FB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Periodo</w:t>
            </w:r>
          </w:p>
        </w:tc>
        <w:tc>
          <w:tcPr>
            <w:tcW w:w="2160" w:type="dxa"/>
          </w:tcPr>
          <w:p w14:paraId="6DC4D62E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Ufficio/Istituto</w:t>
            </w:r>
          </w:p>
        </w:tc>
        <w:tc>
          <w:tcPr>
            <w:tcW w:w="2160" w:type="dxa"/>
          </w:tcPr>
          <w:p w14:paraId="33598C70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Tipo incarico</w:t>
            </w:r>
          </w:p>
        </w:tc>
        <w:tc>
          <w:tcPr>
            <w:tcW w:w="2160" w:type="dxa"/>
          </w:tcPr>
          <w:p w14:paraId="0D6D638E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Anni utili</w:t>
            </w:r>
          </w:p>
        </w:tc>
      </w:tr>
      <w:tr w:rsidR="00EC2816" w:rsidRPr="00CB25CE" w14:paraId="2D46DBD3" w14:textId="77777777" w:rsidTr="009434C1">
        <w:tc>
          <w:tcPr>
            <w:tcW w:w="2160" w:type="dxa"/>
          </w:tcPr>
          <w:p w14:paraId="2DEAA73C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1E1E633E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0ED20F14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2B9925AB" w14:textId="77777777" w:rsidR="00EC2816" w:rsidRPr="00CB25CE" w:rsidRDefault="00EC2816">
            <w:pPr>
              <w:rPr>
                <w:lang w:val="it-IT"/>
              </w:rPr>
            </w:pPr>
          </w:p>
        </w:tc>
      </w:tr>
      <w:tr w:rsidR="00EC2816" w:rsidRPr="00CB25CE" w14:paraId="651357A5" w14:textId="77777777" w:rsidTr="009434C1">
        <w:tc>
          <w:tcPr>
            <w:tcW w:w="2160" w:type="dxa"/>
          </w:tcPr>
          <w:p w14:paraId="126C0B2A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55F5181B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6AAB972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4E992AFF" w14:textId="77777777" w:rsidR="00EC2816" w:rsidRPr="00CB25CE" w:rsidRDefault="00EC2816">
            <w:pPr>
              <w:rPr>
                <w:lang w:val="it-IT"/>
              </w:rPr>
            </w:pPr>
          </w:p>
        </w:tc>
      </w:tr>
      <w:tr w:rsidR="00EC2816" w:rsidRPr="00CB25CE" w14:paraId="2D4CF07F" w14:textId="77777777" w:rsidTr="009434C1">
        <w:tc>
          <w:tcPr>
            <w:tcW w:w="2160" w:type="dxa"/>
          </w:tcPr>
          <w:p w14:paraId="32163B12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19E4EB1F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7E1CC5F8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0E3C6C3" w14:textId="77777777" w:rsidR="00EC2816" w:rsidRPr="00CB25CE" w:rsidRDefault="00EC2816">
            <w:pPr>
              <w:rPr>
                <w:lang w:val="it-IT"/>
              </w:rPr>
            </w:pPr>
          </w:p>
        </w:tc>
      </w:tr>
    </w:tbl>
    <w:p w14:paraId="7BB300D0" w14:textId="4BA02EDC" w:rsidR="00EC2816" w:rsidRPr="00CB25CE" w:rsidRDefault="00C90293">
      <w:pPr>
        <w:pStyle w:val="Titolo3"/>
        <w:rPr>
          <w:lang w:val="it-IT"/>
        </w:rPr>
      </w:pPr>
      <w:r w:rsidRPr="00CB25CE">
        <w:rPr>
          <w:lang w:val="it-IT"/>
        </w:rPr>
        <w:t xml:space="preserve">3. Esperienza professionale negli ultimi 10 anni </w:t>
      </w:r>
      <w:r w:rsidR="009434C1" w:rsidRPr="00CB25CE">
        <w:rPr>
          <w:lang w:val="it-IT"/>
        </w:rPr>
        <w:t xml:space="preserve">nell’area dei Funzionari </w:t>
      </w:r>
      <w:r w:rsidRPr="00CB25CE">
        <w:rPr>
          <w:lang w:val="it-IT"/>
        </w:rPr>
        <w:t xml:space="preserve">(0,25 </w:t>
      </w:r>
      <w:proofErr w:type="spellStart"/>
      <w:r w:rsidRPr="00CB25CE">
        <w:rPr>
          <w:lang w:val="it-IT"/>
        </w:rPr>
        <w:t>pt</w:t>
      </w:r>
      <w:r w:rsidR="00CB25CE" w:rsidRPr="00CB25CE">
        <w:rPr>
          <w:lang w:val="it-IT"/>
        </w:rPr>
        <w:t>i</w:t>
      </w:r>
      <w:proofErr w:type="spellEnd"/>
      <w:r w:rsidRPr="00CB25CE">
        <w:rPr>
          <w:lang w:val="it-IT"/>
        </w:rPr>
        <w:t>/anno)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2158"/>
        <w:gridCol w:w="2158"/>
        <w:gridCol w:w="2157"/>
      </w:tblGrid>
      <w:tr w:rsidR="00EC2816" w:rsidRPr="00CB25CE" w14:paraId="5515A814" w14:textId="77777777" w:rsidTr="009434C1">
        <w:tc>
          <w:tcPr>
            <w:tcW w:w="2160" w:type="dxa"/>
          </w:tcPr>
          <w:p w14:paraId="1D33331C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Periodo</w:t>
            </w:r>
          </w:p>
        </w:tc>
        <w:tc>
          <w:tcPr>
            <w:tcW w:w="2160" w:type="dxa"/>
          </w:tcPr>
          <w:p w14:paraId="503C8346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Struttura</w:t>
            </w:r>
          </w:p>
        </w:tc>
        <w:tc>
          <w:tcPr>
            <w:tcW w:w="2160" w:type="dxa"/>
          </w:tcPr>
          <w:p w14:paraId="3C8506EC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Attività pertinenti</w:t>
            </w:r>
          </w:p>
        </w:tc>
        <w:tc>
          <w:tcPr>
            <w:tcW w:w="2160" w:type="dxa"/>
          </w:tcPr>
          <w:p w14:paraId="56675430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Anni utili</w:t>
            </w:r>
          </w:p>
        </w:tc>
      </w:tr>
      <w:tr w:rsidR="00EC2816" w:rsidRPr="00CB25CE" w14:paraId="7D071FA2" w14:textId="77777777" w:rsidTr="009434C1">
        <w:tc>
          <w:tcPr>
            <w:tcW w:w="2160" w:type="dxa"/>
          </w:tcPr>
          <w:p w14:paraId="3ADDDDA9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6C8D606D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06B9331B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09EA4FE1" w14:textId="77777777" w:rsidR="00EC2816" w:rsidRPr="00CB25CE" w:rsidRDefault="00EC2816">
            <w:pPr>
              <w:rPr>
                <w:lang w:val="it-IT"/>
              </w:rPr>
            </w:pPr>
          </w:p>
        </w:tc>
      </w:tr>
      <w:tr w:rsidR="00EC2816" w:rsidRPr="00CB25CE" w14:paraId="3A689959" w14:textId="77777777" w:rsidTr="009434C1">
        <w:tc>
          <w:tcPr>
            <w:tcW w:w="2160" w:type="dxa"/>
          </w:tcPr>
          <w:p w14:paraId="15559333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0EFCBD0F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10ED9E67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06E28081" w14:textId="77777777" w:rsidR="00EC2816" w:rsidRPr="00CB25CE" w:rsidRDefault="00EC2816">
            <w:pPr>
              <w:rPr>
                <w:lang w:val="it-IT"/>
              </w:rPr>
            </w:pPr>
          </w:p>
        </w:tc>
      </w:tr>
      <w:tr w:rsidR="00EC2816" w:rsidRPr="00CB25CE" w14:paraId="29116550" w14:textId="77777777" w:rsidTr="009434C1">
        <w:tc>
          <w:tcPr>
            <w:tcW w:w="2160" w:type="dxa"/>
          </w:tcPr>
          <w:p w14:paraId="59CFC5EB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12E8B95E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051BFB55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1D85977D" w14:textId="77777777" w:rsidR="00EC2816" w:rsidRPr="00CB25CE" w:rsidRDefault="00EC2816">
            <w:pPr>
              <w:rPr>
                <w:lang w:val="it-IT"/>
              </w:rPr>
            </w:pPr>
          </w:p>
        </w:tc>
      </w:tr>
    </w:tbl>
    <w:p w14:paraId="1B686BCE" w14:textId="0E55F725" w:rsidR="00EC2816" w:rsidRPr="00CB25CE" w:rsidRDefault="00C90293">
      <w:pPr>
        <w:pStyle w:val="Titolo2"/>
        <w:rPr>
          <w:lang w:val="it-IT"/>
        </w:rPr>
      </w:pPr>
      <w:r w:rsidRPr="00CB25CE">
        <w:rPr>
          <w:lang w:val="it-IT"/>
        </w:rPr>
        <w:lastRenderedPageBreak/>
        <w:t xml:space="preserve">C. PERCORSO FORMATIVO (max 5 </w:t>
      </w:r>
      <w:proofErr w:type="spellStart"/>
      <w:r w:rsidRPr="00CB25CE">
        <w:rPr>
          <w:lang w:val="it-IT"/>
        </w:rPr>
        <w:t>pti</w:t>
      </w:r>
      <w:proofErr w:type="spellEnd"/>
      <w:r w:rsidRPr="00CB25CE">
        <w:rPr>
          <w:lang w:val="it-IT"/>
        </w:rPr>
        <w:t>)</w:t>
      </w:r>
    </w:p>
    <w:p w14:paraId="0FFC8B17" w14:textId="5B328AFB" w:rsidR="00EC2816" w:rsidRPr="00CB25CE" w:rsidRDefault="00C90293">
      <w:pPr>
        <w:pStyle w:val="Titolo3"/>
        <w:rPr>
          <w:lang w:val="it-IT"/>
        </w:rPr>
      </w:pPr>
      <w:r w:rsidRPr="00CB25CE">
        <w:rPr>
          <w:lang w:val="it-IT"/>
        </w:rPr>
        <w:t xml:space="preserve">1. Titolo di studio richiesto per l’accesso (2 </w:t>
      </w:r>
      <w:proofErr w:type="spellStart"/>
      <w:r w:rsidRPr="00CB25CE">
        <w:rPr>
          <w:lang w:val="it-IT"/>
        </w:rPr>
        <w:t>pt</w:t>
      </w:r>
      <w:r w:rsidR="00CB25CE">
        <w:rPr>
          <w:lang w:val="it-IT"/>
        </w:rPr>
        <w:t>i</w:t>
      </w:r>
      <w:proofErr w:type="spellEnd"/>
      <w:r w:rsidRPr="00CB25CE">
        <w:rPr>
          <w:lang w:val="it-IT"/>
        </w:rPr>
        <w:t>)</w:t>
      </w:r>
    </w:p>
    <w:p w14:paraId="0720DA77" w14:textId="77777777" w:rsidR="009434C1" w:rsidRPr="00CB25CE" w:rsidRDefault="009434C1">
      <w:pPr>
        <w:rPr>
          <w:lang w:val="it-IT"/>
        </w:rPr>
      </w:pPr>
      <w:r w:rsidRPr="00CB25CE">
        <w:rPr>
          <w:lang w:val="it-IT"/>
        </w:rPr>
        <w:t xml:space="preserve">☐ SI   ☐ NO </w:t>
      </w:r>
    </w:p>
    <w:p w14:paraId="6670AF3F" w14:textId="278A7E6D" w:rsidR="00EC2816" w:rsidRPr="00CB25CE" w:rsidRDefault="00C90293">
      <w:pPr>
        <w:rPr>
          <w:lang w:val="it-IT"/>
        </w:rPr>
      </w:pPr>
      <w:r w:rsidRPr="00CB25CE">
        <w:rPr>
          <w:lang w:val="it-IT"/>
        </w:rPr>
        <w:t xml:space="preserve">Titolo posseduto: _________________________   </w:t>
      </w:r>
    </w:p>
    <w:p w14:paraId="721DB7E9" w14:textId="1F9D9557" w:rsidR="00EC2816" w:rsidRPr="00CB25CE" w:rsidRDefault="00C90293">
      <w:pPr>
        <w:pStyle w:val="Titolo3"/>
        <w:rPr>
          <w:lang w:val="it-IT"/>
        </w:rPr>
      </w:pPr>
      <w:r w:rsidRPr="00CB25CE">
        <w:rPr>
          <w:lang w:val="it-IT"/>
        </w:rPr>
        <w:t xml:space="preserve">2. Titoli ulteriori attinenti </w:t>
      </w:r>
      <w:r w:rsidRPr="00210988">
        <w:rPr>
          <w:lang w:val="it-IT"/>
        </w:rPr>
        <w:t>(</w:t>
      </w:r>
      <w:r w:rsidR="00210988" w:rsidRPr="00210988">
        <w:rPr>
          <w:lang w:val="it-IT"/>
        </w:rPr>
        <w:t>1</w:t>
      </w:r>
      <w:r w:rsidRPr="00210988">
        <w:rPr>
          <w:lang w:val="it-IT"/>
        </w:rPr>
        <w:t xml:space="preserve"> </w:t>
      </w:r>
      <w:proofErr w:type="spellStart"/>
      <w:r w:rsidRPr="00210988">
        <w:rPr>
          <w:lang w:val="it-IT"/>
        </w:rPr>
        <w:t>pt</w:t>
      </w:r>
      <w:proofErr w:type="spellEnd"/>
      <w:r w:rsidR="00CB25CE" w:rsidRPr="00210988">
        <w:rPr>
          <w:lang w:val="it-IT"/>
        </w:rPr>
        <w:t xml:space="preserve"> </w:t>
      </w:r>
      <w:r w:rsidRPr="00210988">
        <w:rPr>
          <w:lang w:val="it-IT"/>
        </w:rPr>
        <w:t>cad.)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157"/>
        <w:gridCol w:w="2157"/>
        <w:gridCol w:w="2158"/>
      </w:tblGrid>
      <w:tr w:rsidR="00EC2816" w:rsidRPr="00CB25CE" w14:paraId="3EA10C49" w14:textId="77777777" w:rsidTr="009434C1">
        <w:tc>
          <w:tcPr>
            <w:tcW w:w="2160" w:type="dxa"/>
          </w:tcPr>
          <w:p w14:paraId="792567F1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Titolo</w:t>
            </w:r>
          </w:p>
        </w:tc>
        <w:tc>
          <w:tcPr>
            <w:tcW w:w="2160" w:type="dxa"/>
          </w:tcPr>
          <w:p w14:paraId="2B1183F6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Ente</w:t>
            </w:r>
          </w:p>
        </w:tc>
        <w:tc>
          <w:tcPr>
            <w:tcW w:w="2160" w:type="dxa"/>
          </w:tcPr>
          <w:p w14:paraId="5A002E23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Anno</w:t>
            </w:r>
          </w:p>
        </w:tc>
        <w:tc>
          <w:tcPr>
            <w:tcW w:w="2160" w:type="dxa"/>
          </w:tcPr>
          <w:p w14:paraId="53F6D047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Punteggio</w:t>
            </w:r>
          </w:p>
        </w:tc>
      </w:tr>
      <w:tr w:rsidR="00EC2816" w:rsidRPr="00CB25CE" w14:paraId="6D69977B" w14:textId="77777777" w:rsidTr="009434C1">
        <w:tc>
          <w:tcPr>
            <w:tcW w:w="2160" w:type="dxa"/>
          </w:tcPr>
          <w:p w14:paraId="436113DA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7E436909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7B216C1C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4C3D7977" w14:textId="77777777" w:rsidR="00EC2816" w:rsidRPr="00CB25CE" w:rsidRDefault="00EC2816">
            <w:pPr>
              <w:rPr>
                <w:lang w:val="it-IT"/>
              </w:rPr>
            </w:pPr>
          </w:p>
        </w:tc>
      </w:tr>
      <w:tr w:rsidR="00EC2816" w:rsidRPr="00CB25CE" w14:paraId="565EC9CB" w14:textId="77777777" w:rsidTr="009434C1">
        <w:tc>
          <w:tcPr>
            <w:tcW w:w="2160" w:type="dxa"/>
          </w:tcPr>
          <w:p w14:paraId="06E52DF1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21202B87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6A329DA0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2D5FD2F" w14:textId="77777777" w:rsidR="00EC2816" w:rsidRPr="00CB25CE" w:rsidRDefault="00EC2816">
            <w:pPr>
              <w:rPr>
                <w:lang w:val="it-IT"/>
              </w:rPr>
            </w:pPr>
          </w:p>
        </w:tc>
      </w:tr>
      <w:tr w:rsidR="00EC2816" w:rsidRPr="00CB25CE" w14:paraId="436C0EC9" w14:textId="77777777" w:rsidTr="009434C1">
        <w:tc>
          <w:tcPr>
            <w:tcW w:w="2160" w:type="dxa"/>
          </w:tcPr>
          <w:p w14:paraId="0D7042CC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26BF3B9E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115ED605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7E454B70" w14:textId="77777777" w:rsidR="00EC2816" w:rsidRPr="00CB25CE" w:rsidRDefault="00EC2816">
            <w:pPr>
              <w:rPr>
                <w:lang w:val="it-IT"/>
              </w:rPr>
            </w:pPr>
          </w:p>
        </w:tc>
      </w:tr>
    </w:tbl>
    <w:p w14:paraId="237FFBAE" w14:textId="3ADC00EE" w:rsidR="00EC2816" w:rsidRPr="00CB25CE" w:rsidRDefault="00C90293">
      <w:pPr>
        <w:pStyle w:val="Titolo3"/>
        <w:rPr>
          <w:lang w:val="it-IT"/>
        </w:rPr>
      </w:pPr>
      <w:r w:rsidRPr="00CB25CE">
        <w:rPr>
          <w:lang w:val="it-IT"/>
        </w:rPr>
        <w:t xml:space="preserve">3. Titoli </w:t>
      </w:r>
      <w:r w:rsidR="009434C1" w:rsidRPr="00CB25CE">
        <w:rPr>
          <w:lang w:val="it-IT"/>
        </w:rPr>
        <w:t>di terzo livello e/o abilitazioni professionali</w:t>
      </w:r>
      <w:r w:rsidRPr="00CB25CE">
        <w:rPr>
          <w:lang w:val="it-IT"/>
        </w:rPr>
        <w:t xml:space="preserve"> </w:t>
      </w:r>
      <w:r w:rsidRPr="00210988">
        <w:rPr>
          <w:lang w:val="it-IT"/>
        </w:rPr>
        <w:t xml:space="preserve">(2 </w:t>
      </w:r>
      <w:proofErr w:type="spellStart"/>
      <w:r w:rsidRPr="00210988">
        <w:rPr>
          <w:lang w:val="it-IT"/>
        </w:rPr>
        <w:t>pt</w:t>
      </w:r>
      <w:r w:rsidR="00CB25CE" w:rsidRPr="00210988">
        <w:rPr>
          <w:lang w:val="it-IT"/>
        </w:rPr>
        <w:t>i</w:t>
      </w:r>
      <w:proofErr w:type="spellEnd"/>
      <w:r w:rsidRPr="00210988">
        <w:rPr>
          <w:lang w:val="it-IT"/>
        </w:rPr>
        <w:t xml:space="preserve"> cad.)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157"/>
        <w:gridCol w:w="2157"/>
        <w:gridCol w:w="2158"/>
      </w:tblGrid>
      <w:tr w:rsidR="00EC2816" w:rsidRPr="00CB25CE" w14:paraId="435EC885" w14:textId="77777777" w:rsidTr="009434C1">
        <w:tc>
          <w:tcPr>
            <w:tcW w:w="2160" w:type="dxa"/>
          </w:tcPr>
          <w:p w14:paraId="7FE700B3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Titolo</w:t>
            </w:r>
          </w:p>
        </w:tc>
        <w:tc>
          <w:tcPr>
            <w:tcW w:w="2160" w:type="dxa"/>
          </w:tcPr>
          <w:p w14:paraId="5C12BF99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Ente</w:t>
            </w:r>
          </w:p>
        </w:tc>
        <w:tc>
          <w:tcPr>
            <w:tcW w:w="2160" w:type="dxa"/>
          </w:tcPr>
          <w:p w14:paraId="564D3210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Anno</w:t>
            </w:r>
          </w:p>
        </w:tc>
        <w:tc>
          <w:tcPr>
            <w:tcW w:w="2160" w:type="dxa"/>
          </w:tcPr>
          <w:p w14:paraId="6A8675B6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Punteggio</w:t>
            </w:r>
          </w:p>
        </w:tc>
      </w:tr>
      <w:tr w:rsidR="00EC2816" w:rsidRPr="00CB25CE" w14:paraId="289AE26C" w14:textId="77777777" w:rsidTr="009434C1">
        <w:tc>
          <w:tcPr>
            <w:tcW w:w="2160" w:type="dxa"/>
          </w:tcPr>
          <w:p w14:paraId="263F6465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68FB3481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081A3373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70347C8B" w14:textId="77777777" w:rsidR="00EC2816" w:rsidRPr="00CB25CE" w:rsidRDefault="00EC2816">
            <w:pPr>
              <w:rPr>
                <w:lang w:val="it-IT"/>
              </w:rPr>
            </w:pPr>
          </w:p>
        </w:tc>
      </w:tr>
      <w:tr w:rsidR="00EC2816" w:rsidRPr="00CB25CE" w14:paraId="6CDD204E" w14:textId="77777777" w:rsidTr="009434C1">
        <w:tc>
          <w:tcPr>
            <w:tcW w:w="2160" w:type="dxa"/>
          </w:tcPr>
          <w:p w14:paraId="58ED21E0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1C3963A5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60B07F8A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6E19BFB9" w14:textId="77777777" w:rsidR="00EC2816" w:rsidRPr="00CB25CE" w:rsidRDefault="00EC2816">
            <w:pPr>
              <w:rPr>
                <w:lang w:val="it-IT"/>
              </w:rPr>
            </w:pPr>
          </w:p>
        </w:tc>
      </w:tr>
      <w:tr w:rsidR="00EC2816" w:rsidRPr="00CB25CE" w14:paraId="2C4386CF" w14:textId="77777777" w:rsidTr="009434C1">
        <w:tc>
          <w:tcPr>
            <w:tcW w:w="2160" w:type="dxa"/>
          </w:tcPr>
          <w:p w14:paraId="7A2D332A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310C294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25056608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5B281892" w14:textId="77777777" w:rsidR="00EC2816" w:rsidRPr="00CB25CE" w:rsidRDefault="00EC2816">
            <w:pPr>
              <w:rPr>
                <w:lang w:val="it-IT"/>
              </w:rPr>
            </w:pPr>
          </w:p>
        </w:tc>
      </w:tr>
    </w:tbl>
    <w:p w14:paraId="35979103" w14:textId="251C8919" w:rsidR="00EC2816" w:rsidRPr="00CB25CE" w:rsidRDefault="00C90293">
      <w:pPr>
        <w:pStyle w:val="Titolo3"/>
        <w:rPr>
          <w:lang w:val="it-IT"/>
        </w:rPr>
      </w:pPr>
      <w:r w:rsidRPr="00CB25CE">
        <w:rPr>
          <w:lang w:val="it-IT"/>
        </w:rPr>
        <w:t xml:space="preserve">4. Titoli non attinenti (punteggio dimezzato, max 3 </w:t>
      </w:r>
      <w:proofErr w:type="spellStart"/>
      <w:r w:rsidRPr="00CB25CE">
        <w:rPr>
          <w:lang w:val="it-IT"/>
        </w:rPr>
        <w:t>pt</w:t>
      </w:r>
      <w:r w:rsidR="00CB25CE">
        <w:rPr>
          <w:lang w:val="it-IT"/>
        </w:rPr>
        <w:t>i</w:t>
      </w:r>
      <w:proofErr w:type="spellEnd"/>
      <w:r w:rsidRPr="00CB25CE">
        <w:rPr>
          <w:lang w:val="it-IT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157"/>
        <w:gridCol w:w="2157"/>
        <w:gridCol w:w="2158"/>
      </w:tblGrid>
      <w:tr w:rsidR="00EC2816" w:rsidRPr="00CB25CE" w14:paraId="2A34B94E" w14:textId="77777777" w:rsidTr="009434C1">
        <w:tc>
          <w:tcPr>
            <w:tcW w:w="2160" w:type="dxa"/>
          </w:tcPr>
          <w:p w14:paraId="12A2E374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Titolo</w:t>
            </w:r>
          </w:p>
        </w:tc>
        <w:tc>
          <w:tcPr>
            <w:tcW w:w="2160" w:type="dxa"/>
          </w:tcPr>
          <w:p w14:paraId="0DFC97EF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Ente</w:t>
            </w:r>
          </w:p>
        </w:tc>
        <w:tc>
          <w:tcPr>
            <w:tcW w:w="2160" w:type="dxa"/>
          </w:tcPr>
          <w:p w14:paraId="2E5D678B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Anno</w:t>
            </w:r>
          </w:p>
        </w:tc>
        <w:tc>
          <w:tcPr>
            <w:tcW w:w="2160" w:type="dxa"/>
          </w:tcPr>
          <w:p w14:paraId="505A106B" w14:textId="77777777" w:rsidR="00EC2816" w:rsidRPr="00CB25CE" w:rsidRDefault="00C90293">
            <w:pPr>
              <w:rPr>
                <w:lang w:val="it-IT"/>
              </w:rPr>
            </w:pPr>
            <w:r w:rsidRPr="00CB25CE">
              <w:rPr>
                <w:lang w:val="it-IT"/>
              </w:rPr>
              <w:t>Punteggio dimezzato</w:t>
            </w:r>
          </w:p>
        </w:tc>
      </w:tr>
      <w:tr w:rsidR="00EC2816" w:rsidRPr="00CB25CE" w14:paraId="343E0F44" w14:textId="77777777" w:rsidTr="009434C1">
        <w:tc>
          <w:tcPr>
            <w:tcW w:w="2160" w:type="dxa"/>
          </w:tcPr>
          <w:p w14:paraId="43B5B669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2D23A227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4B107AFF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524B77C1" w14:textId="77777777" w:rsidR="00EC2816" w:rsidRPr="00CB25CE" w:rsidRDefault="00EC2816">
            <w:pPr>
              <w:rPr>
                <w:lang w:val="it-IT"/>
              </w:rPr>
            </w:pPr>
          </w:p>
        </w:tc>
      </w:tr>
      <w:tr w:rsidR="00EC2816" w:rsidRPr="00CB25CE" w14:paraId="6199F22C" w14:textId="77777777" w:rsidTr="009434C1">
        <w:tc>
          <w:tcPr>
            <w:tcW w:w="2160" w:type="dxa"/>
          </w:tcPr>
          <w:p w14:paraId="4BDC699C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61CC7191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7B2DB717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23D5F162" w14:textId="77777777" w:rsidR="00EC2816" w:rsidRPr="00CB25CE" w:rsidRDefault="00EC2816">
            <w:pPr>
              <w:rPr>
                <w:lang w:val="it-IT"/>
              </w:rPr>
            </w:pPr>
          </w:p>
        </w:tc>
      </w:tr>
      <w:tr w:rsidR="00EC2816" w:rsidRPr="00CB25CE" w14:paraId="71F538E6" w14:textId="77777777" w:rsidTr="009434C1">
        <w:tc>
          <w:tcPr>
            <w:tcW w:w="2160" w:type="dxa"/>
          </w:tcPr>
          <w:p w14:paraId="69EC7D50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0906584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2E9351AB" w14:textId="77777777" w:rsidR="00EC2816" w:rsidRPr="00CB25CE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64B0E95B" w14:textId="77777777" w:rsidR="00EC2816" w:rsidRPr="00CB25CE" w:rsidRDefault="00EC2816">
            <w:pPr>
              <w:rPr>
                <w:lang w:val="it-IT"/>
              </w:rPr>
            </w:pPr>
          </w:p>
        </w:tc>
      </w:tr>
    </w:tbl>
    <w:p w14:paraId="53FF47B8" w14:textId="77777777" w:rsidR="009434C1" w:rsidRPr="00CB25CE" w:rsidRDefault="009434C1" w:rsidP="009434C1">
      <w:pPr>
        <w:rPr>
          <w:sz w:val="16"/>
          <w:szCs w:val="16"/>
          <w:lang w:val="it-IT"/>
        </w:rPr>
      </w:pPr>
    </w:p>
    <w:p w14:paraId="73C44378" w14:textId="51001C14" w:rsidR="009434C1" w:rsidRPr="00CB25CE" w:rsidRDefault="009434C1" w:rsidP="009434C1">
      <w:pPr>
        <w:rPr>
          <w:lang w:val="it-IT"/>
        </w:rPr>
      </w:pPr>
      <w:r w:rsidRPr="00CB25CE">
        <w:rPr>
          <w:lang w:val="it-IT"/>
        </w:rPr>
        <w:t>Punteggio totale dichiarato: ______</w:t>
      </w:r>
    </w:p>
    <w:p w14:paraId="2D12475E" w14:textId="77777777" w:rsidR="00282B08" w:rsidRPr="00282B08" w:rsidRDefault="00282B08" w:rsidP="00282B08">
      <w:pPr>
        <w:pStyle w:val="Titolo2"/>
        <w:rPr>
          <w:lang w:val="it-IT"/>
        </w:rPr>
      </w:pPr>
      <w:r w:rsidRPr="00282B08">
        <w:rPr>
          <w:lang w:val="it-IT"/>
        </w:rPr>
        <w:lastRenderedPageBreak/>
        <w:t>D. ALTRE COMPETENZE/INFORMAZIONI RILEVANTI</w:t>
      </w:r>
    </w:p>
    <w:p w14:paraId="6D7397FE" w14:textId="31489EF7" w:rsidR="00282B08" w:rsidRPr="00282B08" w:rsidRDefault="00282B08" w:rsidP="00282B08">
      <w:pPr>
        <w:pStyle w:val="Titolo2"/>
        <w:spacing w:before="0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val="it-IT"/>
        </w:rPr>
      </w:pPr>
      <w:r w:rsidRPr="00282B08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val="it-IT"/>
        </w:rPr>
        <w:t>___________________________________________________</w:t>
      </w:r>
    </w:p>
    <w:p w14:paraId="2873CB6B" w14:textId="643557BB" w:rsidR="00EC2816" w:rsidRPr="00CB25CE" w:rsidRDefault="00C90293">
      <w:pPr>
        <w:pStyle w:val="Titolo2"/>
        <w:rPr>
          <w:lang w:val="it-IT"/>
        </w:rPr>
      </w:pPr>
      <w:r w:rsidRPr="00CB25CE">
        <w:rPr>
          <w:lang w:val="it-IT"/>
        </w:rPr>
        <w:t>E. DICHIARAZIONE DEL CANDIDATO</w:t>
      </w:r>
    </w:p>
    <w:p w14:paraId="5BB5CEB9" w14:textId="5A39CD4D" w:rsidR="00104258" w:rsidRPr="00CB25CE" w:rsidRDefault="007704A7" w:rsidP="00104258">
      <w:pPr>
        <w:pStyle w:val="NormaleWeb"/>
        <w:jc w:val="both"/>
      </w:pPr>
      <w:r>
        <w:t>Il sottoscritto</w:t>
      </w:r>
      <w:r w:rsidR="00104258" w:rsidRPr="00CB25CE">
        <w:t xml:space="preserve"> dichiara sotto la propria responsabilità che:</w:t>
      </w:r>
    </w:p>
    <w:p w14:paraId="68C8885D" w14:textId="77777777" w:rsidR="00104258" w:rsidRPr="00CB25CE" w:rsidRDefault="00104258" w:rsidP="00104258">
      <w:pPr>
        <w:pStyle w:val="NormaleWeb"/>
        <w:numPr>
          <w:ilvl w:val="0"/>
          <w:numId w:val="10"/>
        </w:numPr>
        <w:jc w:val="both"/>
      </w:pPr>
      <w:r w:rsidRPr="00CB25CE">
        <w:t>le informazioni riportate nella presente scheda corrispondono al vero;</w:t>
      </w:r>
    </w:p>
    <w:p w14:paraId="70244CF8" w14:textId="78214CAD" w:rsidR="00104258" w:rsidRPr="00CB25CE" w:rsidRDefault="00104258" w:rsidP="00104258">
      <w:pPr>
        <w:pStyle w:val="NormaleWeb"/>
        <w:numPr>
          <w:ilvl w:val="0"/>
          <w:numId w:val="10"/>
        </w:numPr>
        <w:jc w:val="both"/>
      </w:pPr>
      <w:r w:rsidRPr="00CB25CE">
        <w:t>l’eventuale documentazione a supporto è allegata/inviata secondo le modalità previste;</w:t>
      </w:r>
    </w:p>
    <w:p w14:paraId="3BA9C998" w14:textId="77777777" w:rsidR="00104258" w:rsidRPr="00CB25CE" w:rsidRDefault="00104258" w:rsidP="00104258">
      <w:pPr>
        <w:pStyle w:val="NormaleWeb"/>
        <w:numPr>
          <w:ilvl w:val="0"/>
          <w:numId w:val="10"/>
        </w:numPr>
        <w:jc w:val="both"/>
      </w:pPr>
      <w:r w:rsidRPr="00CB25CE">
        <w:t>è consapevole che la valutazione sarà effettuata sulla base dei criteri dell’Allegato C;</w:t>
      </w:r>
    </w:p>
    <w:p w14:paraId="7D4F7EA4" w14:textId="58F41102" w:rsidR="00EC2816" w:rsidRPr="00CB25CE" w:rsidRDefault="00104258" w:rsidP="00BA3E9A">
      <w:pPr>
        <w:pStyle w:val="NormaleWeb"/>
        <w:numPr>
          <w:ilvl w:val="0"/>
          <w:numId w:val="10"/>
        </w:numPr>
        <w:jc w:val="both"/>
      </w:pPr>
      <w:r w:rsidRPr="00CB25CE">
        <w:t>è a conoscenza che dichiarazioni mendaci comportano responsabilità disciplinare e penale ai sensi della normativa vigente.</w:t>
      </w:r>
    </w:p>
    <w:p w14:paraId="6DBA5150" w14:textId="77777777" w:rsidR="00EC2816" w:rsidRPr="00CB25CE" w:rsidRDefault="00C90293">
      <w:pPr>
        <w:pStyle w:val="Titolo2"/>
        <w:rPr>
          <w:lang w:val="it-IT"/>
        </w:rPr>
      </w:pPr>
      <w:r w:rsidRPr="00CB25CE">
        <w:rPr>
          <w:lang w:val="it-IT"/>
        </w:rPr>
        <w:t>F. FIRMA DEL CANDIDATO</w:t>
      </w:r>
    </w:p>
    <w:p w14:paraId="458533E0" w14:textId="77777777" w:rsidR="009434C1" w:rsidRPr="00CB25CE" w:rsidRDefault="009434C1">
      <w:pPr>
        <w:rPr>
          <w:lang w:val="it-IT"/>
        </w:rPr>
      </w:pPr>
    </w:p>
    <w:p w14:paraId="1FCE4E18" w14:textId="25EB0E02" w:rsidR="00EC2816" w:rsidRPr="00CB25CE" w:rsidRDefault="00C90293">
      <w:pPr>
        <w:rPr>
          <w:lang w:val="it-IT"/>
        </w:rPr>
      </w:pPr>
      <w:r w:rsidRPr="00CB25CE">
        <w:rPr>
          <w:lang w:val="it-IT"/>
        </w:rPr>
        <w:t>__________________________________________</w:t>
      </w:r>
    </w:p>
    <w:p w14:paraId="6B2C84AF" w14:textId="77777777" w:rsidR="009434C1" w:rsidRPr="00CB25CE" w:rsidRDefault="009434C1" w:rsidP="009434C1">
      <w:pPr>
        <w:jc w:val="right"/>
        <w:rPr>
          <w:lang w:val="it-IT"/>
        </w:rPr>
      </w:pPr>
    </w:p>
    <w:p w14:paraId="4896B514" w14:textId="7D957EC0" w:rsidR="00EC2816" w:rsidRPr="00CB25CE" w:rsidRDefault="00C90293" w:rsidP="009434C1">
      <w:pPr>
        <w:jc w:val="right"/>
        <w:rPr>
          <w:lang w:val="it-IT"/>
        </w:rPr>
      </w:pPr>
      <w:r w:rsidRPr="00CB25CE">
        <w:rPr>
          <w:lang w:val="it-IT"/>
        </w:rPr>
        <w:t>Data ____ / ____ / ______</w:t>
      </w:r>
    </w:p>
    <w:sectPr w:rsidR="00EC2816" w:rsidRPr="00CB25CE" w:rsidSect="009434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D83E5" w14:textId="77777777" w:rsidR="006D0CBC" w:rsidRDefault="006D0CBC" w:rsidP="009434C1">
      <w:pPr>
        <w:spacing w:after="0" w:line="240" w:lineRule="auto"/>
      </w:pPr>
      <w:r>
        <w:separator/>
      </w:r>
    </w:p>
  </w:endnote>
  <w:endnote w:type="continuationSeparator" w:id="0">
    <w:p w14:paraId="510910BD" w14:textId="77777777" w:rsidR="006D0CBC" w:rsidRDefault="006D0CBC" w:rsidP="00943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4000509000000000000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Palace Script;Palace Script 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AD032" w14:textId="77777777" w:rsidR="002A34E8" w:rsidRDefault="002A34E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6B7D" w14:textId="77777777" w:rsidR="002A34E8" w:rsidRDefault="002A34E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6A95D" w14:textId="77777777" w:rsidR="002A34E8" w:rsidRDefault="002A34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1E4E0" w14:textId="77777777" w:rsidR="006D0CBC" w:rsidRDefault="006D0CBC" w:rsidP="009434C1">
      <w:pPr>
        <w:spacing w:after="0" w:line="240" w:lineRule="auto"/>
      </w:pPr>
      <w:r>
        <w:separator/>
      </w:r>
    </w:p>
  </w:footnote>
  <w:footnote w:type="continuationSeparator" w:id="0">
    <w:p w14:paraId="77FA245E" w14:textId="77777777" w:rsidR="006D0CBC" w:rsidRDefault="006D0CBC" w:rsidP="00943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66529" w14:textId="77777777" w:rsidR="002A34E8" w:rsidRDefault="002A34E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C445A" w14:textId="77777777" w:rsidR="009434C1" w:rsidRPr="00F17B4F" w:rsidRDefault="009434C1" w:rsidP="009434C1">
    <w:pPr>
      <w:suppressAutoHyphens/>
      <w:spacing w:after="0" w:line="240" w:lineRule="auto"/>
      <w:ind w:right="4676" w:hanging="1800"/>
      <w:jc w:val="center"/>
      <w:rPr>
        <w:rFonts w:ascii="Times New Roman" w:eastAsia="SimSun" w:hAnsi="Times New Roman" w:cs="Lucida Sans"/>
        <w:color w:val="808080"/>
        <w:kern w:val="2"/>
        <w:sz w:val="24"/>
        <w:szCs w:val="24"/>
        <w:lang w:eastAsia="it-IT" w:bidi="hi-IN"/>
      </w:rPr>
    </w:pPr>
    <w:r w:rsidRPr="00F17B4F">
      <w:rPr>
        <w:rFonts w:ascii="Times New Roman" w:eastAsia="SimSun" w:hAnsi="Times New Roman" w:cs="Lucida Sans"/>
        <w:noProof/>
        <w:color w:val="808080"/>
        <w:kern w:val="2"/>
        <w:sz w:val="24"/>
        <w:szCs w:val="24"/>
        <w:lang w:val="it-IT" w:eastAsia="it-IT"/>
      </w:rPr>
      <w:drawing>
        <wp:inline distT="0" distB="0" distL="0" distR="0" wp14:anchorId="2D463335" wp14:editId="79274FC4">
          <wp:extent cx="493395" cy="531495"/>
          <wp:effectExtent l="0" t="0" r="0" b="0"/>
          <wp:docPr id="1829621282" name="Image8" descr="Immagine che contiene arte, Elementi grafici, disegn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8" descr="Immagine che contiene arte, Elementi grafici, disegno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03" t="-283" r="-303" b="-283"/>
                  <a:stretch>
                    <a:fillRect/>
                  </a:stretch>
                </pic:blipFill>
                <pic:spPr bwMode="auto">
                  <a:xfrm>
                    <a:off x="0" y="0"/>
                    <a:ext cx="493395" cy="531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56E3CC" w14:textId="77777777" w:rsidR="009434C1" w:rsidRPr="00F17B4F" w:rsidRDefault="009434C1" w:rsidP="009434C1">
    <w:pPr>
      <w:tabs>
        <w:tab w:val="center" w:pos="1985"/>
        <w:tab w:val="left" w:pos="5245"/>
      </w:tabs>
      <w:suppressAutoHyphens/>
      <w:spacing w:after="0" w:line="240" w:lineRule="auto"/>
      <w:ind w:right="4676" w:hanging="1800"/>
      <w:jc w:val="center"/>
      <w:rPr>
        <w:rFonts w:ascii="Palace Script MT" w:eastAsia="SimSun" w:hAnsi="Palace Script MT" w:cs="Palace Script;Palace Script MT"/>
        <w:color w:val="002060"/>
        <w:kern w:val="2"/>
        <w:sz w:val="56"/>
        <w:szCs w:val="44"/>
        <w:lang w:val="it-CH" w:eastAsia="zh-CN" w:bidi="hi-IN"/>
      </w:rPr>
    </w:pPr>
    <w:r w:rsidRPr="00F17B4F">
      <w:rPr>
        <w:rFonts w:ascii="Palace Script MT" w:eastAsia="SimSun" w:hAnsi="Palace Script MT" w:cs="Palace Script;Palace Script MT"/>
        <w:color w:val="002060"/>
        <w:kern w:val="2"/>
        <w:sz w:val="56"/>
        <w:szCs w:val="44"/>
        <w:lang w:val="it-CH" w:eastAsia="zh-CN" w:bidi="hi-IN"/>
      </w:rPr>
      <w:t>Ministero della cultura</w:t>
    </w:r>
  </w:p>
  <w:p w14:paraId="77812794" w14:textId="1C2128FA" w:rsidR="000A191B" w:rsidRPr="002A34E8" w:rsidRDefault="000A191B" w:rsidP="000A191B">
    <w:pPr>
      <w:tabs>
        <w:tab w:val="center" w:pos="2268"/>
      </w:tabs>
      <w:suppressAutoHyphens/>
      <w:spacing w:after="0" w:line="240" w:lineRule="auto"/>
      <w:ind w:right="4676" w:hanging="993"/>
      <w:rPr>
        <w:rFonts w:ascii="Calibri" w:eastAsia="SimSun" w:hAnsi="Calibri" w:cs="Calibri"/>
        <w:color w:val="002060"/>
        <w:kern w:val="2"/>
        <w:sz w:val="19"/>
        <w:szCs w:val="19"/>
        <w:lang w:val="it-CH" w:eastAsia="zh-CN" w:bidi="hi-IN"/>
      </w:rPr>
    </w:pPr>
    <w:r w:rsidRPr="002A34E8">
      <w:rPr>
        <w:rFonts w:ascii="Calibri" w:eastAsia="SimSun" w:hAnsi="Calibri" w:cs="Calibri"/>
        <w:color w:val="002060"/>
        <w:kern w:val="2"/>
        <w:sz w:val="19"/>
        <w:szCs w:val="19"/>
        <w:lang w:val="it-CH" w:eastAsia="zh-CN" w:bidi="hi-IN"/>
      </w:rPr>
      <w:t>DIPARTIMENTO PER LA TUTELA DEL PATRIMONIO CULTURALE</w:t>
    </w:r>
  </w:p>
  <w:p w14:paraId="054045E5" w14:textId="6B399BF6" w:rsidR="000A191B" w:rsidRPr="002A34E8" w:rsidRDefault="000A191B" w:rsidP="000A191B">
    <w:pPr>
      <w:tabs>
        <w:tab w:val="center" w:pos="2268"/>
      </w:tabs>
      <w:suppressAutoHyphens/>
      <w:spacing w:after="0" w:line="240" w:lineRule="auto"/>
      <w:ind w:right="4676" w:hanging="993"/>
      <w:rPr>
        <w:rFonts w:ascii="Calibri" w:eastAsia="SimSun" w:hAnsi="Calibri" w:cs="Calibri"/>
        <w:color w:val="002060"/>
        <w:kern w:val="2"/>
        <w:sz w:val="19"/>
        <w:szCs w:val="19"/>
        <w:lang w:val="it-CH" w:eastAsia="zh-CN" w:bidi="hi-IN"/>
      </w:rPr>
    </w:pPr>
    <w:r w:rsidRPr="002A34E8">
      <w:rPr>
        <w:rFonts w:ascii="Calibri" w:eastAsia="SimSun" w:hAnsi="Calibri" w:cs="Calibri"/>
        <w:color w:val="002060"/>
        <w:kern w:val="2"/>
        <w:sz w:val="19"/>
        <w:szCs w:val="19"/>
        <w:lang w:val="it-CH" w:eastAsia="zh-CN" w:bidi="hi-IN"/>
      </w:rPr>
      <w:t>SOPRINTENDENZA ARCHEOLOGIA BELLE ARTI E PAESAGGIO PER IL COMUNE DI NAPOLI</w:t>
    </w:r>
  </w:p>
  <w:p w14:paraId="3C2C7A53" w14:textId="0DC60A35" w:rsidR="009434C1" w:rsidRDefault="000A191B" w:rsidP="000A191B">
    <w:pPr>
      <w:pStyle w:val="Intestazione"/>
    </w:pPr>
    <w:r>
      <w:rPr>
        <w:rFonts w:ascii="Garamond" w:hAnsi="Garamond"/>
        <w:sz w:val="24"/>
        <w:szCs w:val="24"/>
      </w:rPr>
      <w:t xml:space="preserve">                    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1477E" w14:textId="77777777" w:rsidR="002A34E8" w:rsidRDefault="002A34E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4A5742"/>
    <w:multiLevelType w:val="multilevel"/>
    <w:tmpl w:val="ABDA57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953391298">
    <w:abstractNumId w:val="8"/>
  </w:num>
  <w:num w:numId="2" w16cid:durableId="1816025609">
    <w:abstractNumId w:val="6"/>
  </w:num>
  <w:num w:numId="3" w16cid:durableId="2126456642">
    <w:abstractNumId w:val="5"/>
  </w:num>
  <w:num w:numId="4" w16cid:durableId="54472475">
    <w:abstractNumId w:val="4"/>
  </w:num>
  <w:num w:numId="5" w16cid:durableId="121654899">
    <w:abstractNumId w:val="7"/>
  </w:num>
  <w:num w:numId="6" w16cid:durableId="1315066673">
    <w:abstractNumId w:val="3"/>
  </w:num>
  <w:num w:numId="7" w16cid:durableId="951133694">
    <w:abstractNumId w:val="2"/>
  </w:num>
  <w:num w:numId="8" w16cid:durableId="875460275">
    <w:abstractNumId w:val="1"/>
  </w:num>
  <w:num w:numId="9" w16cid:durableId="648941319">
    <w:abstractNumId w:val="0"/>
  </w:num>
  <w:num w:numId="10" w16cid:durableId="20782821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91B"/>
    <w:rsid w:val="00104258"/>
    <w:rsid w:val="00134285"/>
    <w:rsid w:val="0015074B"/>
    <w:rsid w:val="00210988"/>
    <w:rsid w:val="00282B08"/>
    <w:rsid w:val="0029639D"/>
    <w:rsid w:val="002A34E8"/>
    <w:rsid w:val="00326F90"/>
    <w:rsid w:val="006651CF"/>
    <w:rsid w:val="006D0CBC"/>
    <w:rsid w:val="00751033"/>
    <w:rsid w:val="007704A7"/>
    <w:rsid w:val="008E32F7"/>
    <w:rsid w:val="009434C1"/>
    <w:rsid w:val="00A3788D"/>
    <w:rsid w:val="00AA1D8D"/>
    <w:rsid w:val="00B34A49"/>
    <w:rsid w:val="00B47730"/>
    <w:rsid w:val="00BA3E9A"/>
    <w:rsid w:val="00BD44E2"/>
    <w:rsid w:val="00BE0304"/>
    <w:rsid w:val="00C90293"/>
    <w:rsid w:val="00CB0664"/>
    <w:rsid w:val="00CB25CE"/>
    <w:rsid w:val="00D91A86"/>
    <w:rsid w:val="00DC672F"/>
    <w:rsid w:val="00EC28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24D882"/>
  <w14:defaultImageDpi w14:val="300"/>
  <w15:docId w15:val="{09C6B1A9-7535-4C35-9C35-8BE604A2E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unhideWhenUsed/>
    <w:rsid w:val="00104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1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19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861496-B7D2-41B8-9DA3-C55178DB2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1647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1932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Rosa Romano</cp:lastModifiedBy>
  <cp:revision>2</cp:revision>
  <dcterms:created xsi:type="dcterms:W3CDTF">2025-12-11T15:52:00Z</dcterms:created>
  <dcterms:modified xsi:type="dcterms:W3CDTF">2025-12-11T15:52:00Z</dcterms:modified>
</cp:coreProperties>
</file>